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E932" w14:textId="77777777" w:rsidR="00A765F5" w:rsidRDefault="00A765F5">
      <w:pPr>
        <w:pStyle w:val="Ttulo1"/>
        <w:jc w:val="center"/>
      </w:pPr>
    </w:p>
    <w:p w14:paraId="7D46F387" w14:textId="7B7F1C36" w:rsidR="004170A2" w:rsidRDefault="007330EF">
      <w:pPr>
        <w:pStyle w:val="Ttulo1"/>
        <w:jc w:val="center"/>
      </w:pPr>
      <w:r>
        <w:t xml:space="preserve">RESUMEN ADMISIÓN </w:t>
      </w:r>
      <w:r w:rsidR="00C43544">
        <w:t>CFGB (</w:t>
      </w:r>
      <w:r>
        <w:t xml:space="preserve">Grado </w:t>
      </w:r>
      <w:proofErr w:type="spellStart"/>
      <w:r>
        <w:t>Básico</w:t>
      </w:r>
      <w:proofErr w:type="spellEnd"/>
      <w:r w:rsidR="00C43544">
        <w:t>)</w:t>
      </w:r>
      <w:r>
        <w:t xml:space="preserve"> Madrid 2026-2027</w:t>
      </w:r>
    </w:p>
    <w:p w14:paraId="2DA4EB62" w14:textId="77777777" w:rsidR="00A765F5" w:rsidRDefault="00A765F5">
      <w:pPr>
        <w:pStyle w:val="Ttulo2"/>
      </w:pPr>
    </w:p>
    <w:p w14:paraId="719EAA44" w14:textId="22A4F703" w:rsidR="004170A2" w:rsidRDefault="005C49DE">
      <w:pPr>
        <w:pStyle w:val="Ttulo2"/>
      </w:pPr>
      <w:proofErr w:type="spellStart"/>
      <w:r>
        <w:t>Requisitos</w:t>
      </w:r>
      <w:proofErr w:type="spellEnd"/>
      <w:r>
        <w:t xml:space="preserve"> de </w:t>
      </w:r>
      <w:proofErr w:type="spellStart"/>
      <w:r>
        <w:t>acceso</w:t>
      </w:r>
      <w:proofErr w:type="spellEnd"/>
    </w:p>
    <w:p w14:paraId="6EF6EFAE" w14:textId="77777777" w:rsidR="004170A2" w:rsidRDefault="005C49DE">
      <w:pPr>
        <w:pStyle w:val="Listaconvietas"/>
      </w:pPr>
      <w:r>
        <w:t>Tener entre 15 y 17 años.</w:t>
      </w:r>
    </w:p>
    <w:p w14:paraId="1255E584" w14:textId="77777777" w:rsidR="004170A2" w:rsidRDefault="005C49DE">
      <w:pPr>
        <w:pStyle w:val="Listaconvietas"/>
      </w:pPr>
      <w:r>
        <w:t>Haber cursado 3º ESO o excepcionalmente 2º ESO.</w:t>
      </w:r>
    </w:p>
    <w:p w14:paraId="0452C3CF" w14:textId="77777777" w:rsidR="004170A2" w:rsidRDefault="005C49DE">
      <w:pPr>
        <w:pStyle w:val="Listaconvietas"/>
      </w:pPr>
      <w:r>
        <w:t>Contar con propuesta del equipo docente o realizar solicitud a petición propia con autorización familiar.</w:t>
      </w:r>
    </w:p>
    <w:p w14:paraId="762EA148" w14:textId="77777777" w:rsidR="004170A2" w:rsidRDefault="005C49DE">
      <w:pPr>
        <w:pStyle w:val="Ttulo2"/>
      </w:pPr>
      <w:r>
        <w:t>Reservas de plazas</w:t>
      </w:r>
    </w:p>
    <w:p w14:paraId="75EE3320" w14:textId="77777777" w:rsidR="004170A2" w:rsidRDefault="005C49DE">
      <w:pPr>
        <w:pStyle w:val="Listaconvietas"/>
      </w:pPr>
      <w:r>
        <w:t>5% de plazas reservadas para alumnado con discapacidad igual o superior al 33%.</w:t>
      </w:r>
    </w:p>
    <w:p w14:paraId="4E2C4916" w14:textId="77777777" w:rsidR="004170A2" w:rsidRDefault="005C49DE">
      <w:pPr>
        <w:pStyle w:val="Listaconvietas"/>
      </w:pPr>
      <w:r>
        <w:t>5% reservadas para deportistas de alto nivel o alto rendimiento.</w:t>
      </w:r>
    </w:p>
    <w:p w14:paraId="05E59F49" w14:textId="77777777" w:rsidR="004170A2" w:rsidRDefault="005C49DE">
      <w:pPr>
        <w:pStyle w:val="Ttulo2"/>
      </w:pPr>
      <w:proofErr w:type="spellStart"/>
      <w:r>
        <w:t>Cómo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la </w:t>
      </w:r>
      <w:proofErr w:type="spellStart"/>
      <w:r>
        <w:t>solicitud</w:t>
      </w:r>
      <w:proofErr w:type="spellEnd"/>
    </w:p>
    <w:p w14:paraId="551C5636" w14:textId="77777777" w:rsidR="004170A2" w:rsidRDefault="005C49DE">
      <w:pPr>
        <w:pStyle w:val="Listaconvietas"/>
      </w:pPr>
      <w:r w:rsidRPr="002F791D">
        <w:rPr>
          <w:b/>
          <w:bCs/>
        </w:rPr>
        <w:t>Preferentemente online mediante la Secretaría Virtual de Raíces</w:t>
      </w:r>
      <w:r>
        <w:t>.</w:t>
      </w:r>
    </w:p>
    <w:p w14:paraId="3B243347" w14:textId="77777777" w:rsidR="004170A2" w:rsidRDefault="005C49DE">
      <w:pPr>
        <w:pStyle w:val="Listaconvietas"/>
      </w:pPr>
      <w:r>
        <w:t>También puede presentarse presencialmente en el centro elegido como primera opción.</w:t>
      </w:r>
    </w:p>
    <w:p w14:paraId="76D00694" w14:textId="77777777" w:rsidR="004170A2" w:rsidRDefault="005C49DE">
      <w:pPr>
        <w:pStyle w:val="Listaconvietas"/>
      </w:pPr>
      <w:r>
        <w:t>Solo se puede presentar una solicitud.</w:t>
      </w:r>
    </w:p>
    <w:p w14:paraId="2599492A" w14:textId="77777777" w:rsidR="004170A2" w:rsidRDefault="005C49DE">
      <w:pPr>
        <w:pStyle w:val="Ttulo2"/>
      </w:pPr>
      <w:r>
        <w:t>Documentación necesaria</w:t>
      </w:r>
    </w:p>
    <w:p w14:paraId="04988B3B" w14:textId="77777777" w:rsidR="004170A2" w:rsidRDefault="005C49DE">
      <w:pPr>
        <w:pStyle w:val="Listaconvietas"/>
      </w:pPr>
      <w:r>
        <w:t>Documento de identidad (DNI, NIE, pasaporte, etc.).</w:t>
      </w:r>
    </w:p>
    <w:p w14:paraId="6B220809" w14:textId="77777777" w:rsidR="004170A2" w:rsidRDefault="005C49DE">
      <w:pPr>
        <w:pStyle w:val="Listaconvietas"/>
      </w:pPr>
      <w:r>
        <w:t>Certificación académica oficial de ESO.</w:t>
      </w:r>
    </w:p>
    <w:p w14:paraId="139B248D" w14:textId="77777777" w:rsidR="004170A2" w:rsidRDefault="005C49DE">
      <w:pPr>
        <w:pStyle w:val="Listaconvietas"/>
      </w:pPr>
      <w:r>
        <w:t>Autorización familiar para incorporación al Grado Básico.</w:t>
      </w:r>
    </w:p>
    <w:p w14:paraId="41D602A0" w14:textId="77777777" w:rsidR="004170A2" w:rsidRDefault="005C49DE">
      <w:pPr>
        <w:pStyle w:val="Listaconvietas"/>
      </w:pPr>
      <w:r>
        <w:t>Documentación adicional en caso de discapacidad o deportista de alto nivel.</w:t>
      </w:r>
    </w:p>
    <w:p w14:paraId="4A2F7FF4" w14:textId="77777777" w:rsidR="004170A2" w:rsidRDefault="005C49DE">
      <w:pPr>
        <w:pStyle w:val="Ttulo2"/>
      </w:pPr>
      <w:r>
        <w:t>Consejos importantes</w:t>
      </w:r>
    </w:p>
    <w:p w14:paraId="1B4C8697" w14:textId="77777777" w:rsidR="004170A2" w:rsidRDefault="005C49DE">
      <w:pPr>
        <w:pStyle w:val="Listaconvietas"/>
      </w:pPr>
      <w:r>
        <w:t>Es recomendable incluir muchas opciones de centros y turnos.</w:t>
      </w:r>
    </w:p>
    <w:p w14:paraId="61D40540" w14:textId="77777777" w:rsidR="004170A2" w:rsidRDefault="005C49DE">
      <w:pPr>
        <w:pStyle w:val="Listaconvietas"/>
      </w:pPr>
      <w:r>
        <w:t>Si no se formaliza la matrícula en plazo, se pierde la plaza.</w:t>
      </w:r>
    </w:p>
    <w:p w14:paraId="1DDA6382" w14:textId="77777777" w:rsidR="004170A2" w:rsidRDefault="005C49DE">
      <w:pPr>
        <w:pStyle w:val="Listaconvietas"/>
      </w:pPr>
      <w:r>
        <w:t>Las reclamaciones pueden hacerse online o en el centro.</w:t>
      </w:r>
    </w:p>
    <w:p w14:paraId="30D57422" w14:textId="08598FF6" w:rsidR="009D3B8A" w:rsidRPr="00C43544" w:rsidRDefault="009D3B8A">
      <w:pPr>
        <w:pStyle w:val="Listaconvietas"/>
        <w:rPr>
          <w:b/>
          <w:bCs/>
        </w:rPr>
      </w:pPr>
      <w:r w:rsidRPr="00C43544">
        <w:rPr>
          <w:b/>
          <w:bCs/>
        </w:rPr>
        <w:t>Se necesita</w:t>
      </w:r>
      <w:r w:rsidR="005A3171" w:rsidRPr="00C43544">
        <w:rPr>
          <w:b/>
          <w:bCs/>
        </w:rPr>
        <w:t xml:space="preserve"> N</w:t>
      </w:r>
      <w:r w:rsidR="00196796" w:rsidRPr="00C43544">
        <w:rPr>
          <w:b/>
          <w:bCs/>
        </w:rPr>
        <w:t>ú</w:t>
      </w:r>
      <w:r w:rsidR="005A3171" w:rsidRPr="00C43544">
        <w:rPr>
          <w:b/>
          <w:bCs/>
        </w:rPr>
        <w:t>mero</w:t>
      </w:r>
      <w:r w:rsidR="00196796" w:rsidRPr="00C43544">
        <w:rPr>
          <w:b/>
          <w:bCs/>
        </w:rPr>
        <w:t xml:space="preserve"> de la </w:t>
      </w:r>
      <w:proofErr w:type="spellStart"/>
      <w:r w:rsidR="00196796" w:rsidRPr="00C43544">
        <w:rPr>
          <w:b/>
          <w:bCs/>
        </w:rPr>
        <w:t>Seguridad</w:t>
      </w:r>
      <w:proofErr w:type="spellEnd"/>
      <w:r w:rsidR="00196796" w:rsidRPr="00C43544">
        <w:rPr>
          <w:b/>
          <w:bCs/>
        </w:rPr>
        <w:t xml:space="preserve"> Social para </w:t>
      </w:r>
      <w:proofErr w:type="spellStart"/>
      <w:r w:rsidR="005C5C46" w:rsidRPr="00C43544">
        <w:rPr>
          <w:b/>
          <w:bCs/>
        </w:rPr>
        <w:t>formaliz</w:t>
      </w:r>
      <w:r w:rsidR="00483FB4">
        <w:rPr>
          <w:b/>
          <w:bCs/>
        </w:rPr>
        <w:t>a</w:t>
      </w:r>
      <w:r w:rsidR="005C5C46" w:rsidRPr="00C43544">
        <w:rPr>
          <w:b/>
          <w:bCs/>
        </w:rPr>
        <w:t>r</w:t>
      </w:r>
      <w:proofErr w:type="spellEnd"/>
      <w:r w:rsidR="005C5C46" w:rsidRPr="00C43544">
        <w:rPr>
          <w:b/>
          <w:bCs/>
        </w:rPr>
        <w:t xml:space="preserve"> </w:t>
      </w:r>
      <w:proofErr w:type="spellStart"/>
      <w:r w:rsidR="005C5C46" w:rsidRPr="00C43544">
        <w:rPr>
          <w:b/>
          <w:bCs/>
        </w:rPr>
        <w:t>estudios</w:t>
      </w:r>
      <w:proofErr w:type="spellEnd"/>
      <w:r w:rsidR="00483FB4">
        <w:rPr>
          <w:b/>
          <w:bCs/>
        </w:rPr>
        <w:t>.</w:t>
      </w:r>
      <w:r w:rsidR="005C5C46" w:rsidRPr="00C43544">
        <w:rPr>
          <w:b/>
          <w:bCs/>
        </w:rPr>
        <w:t xml:space="preserve"> </w:t>
      </w:r>
      <w:r w:rsidR="005A3171" w:rsidRPr="00C43544">
        <w:rPr>
          <w:b/>
          <w:bCs/>
        </w:rPr>
        <w:t xml:space="preserve"> </w:t>
      </w:r>
      <w:r w:rsidRPr="00C43544">
        <w:rPr>
          <w:b/>
          <w:bCs/>
        </w:rPr>
        <w:t xml:space="preserve"> </w:t>
      </w:r>
    </w:p>
    <w:p w14:paraId="5E284459" w14:textId="77777777" w:rsidR="004170A2" w:rsidRDefault="005C49DE">
      <w:pPr>
        <w:pStyle w:val="Ttulo2"/>
      </w:pPr>
      <w:r>
        <w:t>Baremo principal</w:t>
      </w:r>
    </w:p>
    <w:p w14:paraId="49D2E72B" w14:textId="77777777" w:rsidR="004170A2" w:rsidRDefault="005C49DE">
      <w:pPr>
        <w:pStyle w:val="Listaconvietas"/>
      </w:pPr>
      <w:r>
        <w:t>3º ESO cursado: 10 puntos.</w:t>
      </w:r>
    </w:p>
    <w:p w14:paraId="3AFB387C" w14:textId="77777777" w:rsidR="004170A2" w:rsidRDefault="005C49DE">
      <w:pPr>
        <w:pStyle w:val="Listaconvietas"/>
      </w:pPr>
      <w:r>
        <w:t>2º ESO cursado: 5 puntos.</w:t>
      </w:r>
    </w:p>
    <w:p w14:paraId="52B2BB0C" w14:textId="77777777" w:rsidR="004170A2" w:rsidRDefault="005C49DE">
      <w:pPr>
        <w:pStyle w:val="Listaconvietas"/>
      </w:pPr>
      <w:r>
        <w:t>Se suman puntos según la edad del solicitante.</w:t>
      </w:r>
    </w:p>
    <w:p w14:paraId="46CDD12D" w14:textId="0A8B9A95" w:rsidR="004170A2" w:rsidRDefault="004170A2" w:rsidP="000A6871">
      <w:pPr>
        <w:pStyle w:val="Listaconvietas"/>
        <w:numPr>
          <w:ilvl w:val="0"/>
          <w:numId w:val="0"/>
        </w:numPr>
        <w:ind w:left="360"/>
      </w:pPr>
    </w:p>
    <w:p w14:paraId="623E91CC" w14:textId="77777777" w:rsidR="00B93EBD" w:rsidRDefault="00B93EBD" w:rsidP="000A6871">
      <w:pPr>
        <w:pStyle w:val="Listaconvietas"/>
        <w:numPr>
          <w:ilvl w:val="0"/>
          <w:numId w:val="0"/>
        </w:numPr>
        <w:ind w:left="360"/>
      </w:pPr>
    </w:p>
    <w:p w14:paraId="1E541F1A" w14:textId="62755F6A" w:rsidR="00B93EBD" w:rsidRPr="00B93EBD" w:rsidRDefault="00B93EBD" w:rsidP="00B93EBD">
      <w:pPr>
        <w:rPr>
          <w:rFonts w:ascii="Cambria" w:eastAsia="MS Mincho" w:hAnsi="Cambria" w:cs="Times New Roman"/>
        </w:rPr>
      </w:pPr>
      <w:r w:rsidRPr="00B93EBD">
        <w:rPr>
          <w:rFonts w:ascii="Cambria" w:eastAsia="MS Mincho" w:hAnsi="Cambria" w:cs="Times New Roman"/>
        </w:rPr>
        <w:t xml:space="preserve">Fuente: </w:t>
      </w:r>
      <w:proofErr w:type="spellStart"/>
      <w:r w:rsidRPr="00B93EBD">
        <w:rPr>
          <w:rFonts w:ascii="Cambria" w:eastAsia="MS Mincho" w:hAnsi="Cambria" w:cs="Times New Roman"/>
        </w:rPr>
        <w:t>Resolución</w:t>
      </w:r>
      <w:proofErr w:type="spellEnd"/>
      <w:r w:rsidRPr="00B93EBD">
        <w:rPr>
          <w:rFonts w:ascii="Cambria" w:eastAsia="MS Mincho" w:hAnsi="Cambria" w:cs="Times New Roman"/>
        </w:rPr>
        <w:t xml:space="preserve"> </w:t>
      </w:r>
      <w:proofErr w:type="spellStart"/>
      <w:r w:rsidRPr="00B93EBD">
        <w:rPr>
          <w:rFonts w:ascii="Cambria" w:eastAsia="MS Mincho" w:hAnsi="Cambria" w:cs="Times New Roman"/>
        </w:rPr>
        <w:t>oficial</w:t>
      </w:r>
      <w:proofErr w:type="spellEnd"/>
      <w:r w:rsidRPr="00B93EBD">
        <w:rPr>
          <w:rFonts w:ascii="Cambria" w:eastAsia="MS Mincho" w:hAnsi="Cambria" w:cs="Times New Roman"/>
        </w:rPr>
        <w:t xml:space="preserve"> de </w:t>
      </w:r>
      <w:proofErr w:type="spellStart"/>
      <w:r w:rsidRPr="00B93EBD">
        <w:rPr>
          <w:rFonts w:ascii="Cambria" w:eastAsia="MS Mincho" w:hAnsi="Cambria" w:cs="Times New Roman"/>
        </w:rPr>
        <w:t>admisión</w:t>
      </w:r>
      <w:proofErr w:type="spellEnd"/>
      <w:r w:rsidRPr="00B93EBD">
        <w:rPr>
          <w:rFonts w:ascii="Cambria" w:eastAsia="MS Mincho" w:hAnsi="Cambria" w:cs="Times New Roman"/>
        </w:rPr>
        <w:t xml:space="preserve"> CFG</w:t>
      </w:r>
      <w:r>
        <w:rPr>
          <w:rFonts w:ascii="Cambria" w:eastAsia="MS Mincho" w:hAnsi="Cambria" w:cs="Times New Roman"/>
        </w:rPr>
        <w:t>B</w:t>
      </w:r>
      <w:r w:rsidRPr="00B93EBD">
        <w:rPr>
          <w:rFonts w:ascii="Cambria" w:eastAsia="MS Mincho" w:hAnsi="Cambria" w:cs="Times New Roman"/>
        </w:rPr>
        <w:t xml:space="preserve"> Comunidad de Madrid 2026-2027.</w:t>
      </w:r>
    </w:p>
    <w:p w14:paraId="7210F0E6" w14:textId="77777777" w:rsidR="00B93EBD" w:rsidRDefault="00B93EBD" w:rsidP="000A6871">
      <w:pPr>
        <w:pStyle w:val="Listaconvietas"/>
        <w:numPr>
          <w:ilvl w:val="0"/>
          <w:numId w:val="0"/>
        </w:numPr>
        <w:ind w:left="360"/>
      </w:pPr>
    </w:p>
    <w:sectPr w:rsidR="00B93EBD" w:rsidSect="007330EF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7837248">
    <w:abstractNumId w:val="8"/>
  </w:num>
  <w:num w:numId="2" w16cid:durableId="457651461">
    <w:abstractNumId w:val="6"/>
  </w:num>
  <w:num w:numId="3" w16cid:durableId="627511574">
    <w:abstractNumId w:val="5"/>
  </w:num>
  <w:num w:numId="4" w16cid:durableId="1814902987">
    <w:abstractNumId w:val="4"/>
  </w:num>
  <w:num w:numId="5" w16cid:durableId="391735048">
    <w:abstractNumId w:val="7"/>
  </w:num>
  <w:num w:numId="6" w16cid:durableId="308219107">
    <w:abstractNumId w:val="3"/>
  </w:num>
  <w:num w:numId="7" w16cid:durableId="2116248851">
    <w:abstractNumId w:val="2"/>
  </w:num>
  <w:num w:numId="8" w16cid:durableId="419110314">
    <w:abstractNumId w:val="1"/>
  </w:num>
  <w:num w:numId="9" w16cid:durableId="186373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871"/>
    <w:rsid w:val="0015074B"/>
    <w:rsid w:val="00196796"/>
    <w:rsid w:val="0029639D"/>
    <w:rsid w:val="002F791D"/>
    <w:rsid w:val="00326F90"/>
    <w:rsid w:val="004170A2"/>
    <w:rsid w:val="00483FB4"/>
    <w:rsid w:val="00571D13"/>
    <w:rsid w:val="005A3171"/>
    <w:rsid w:val="005C5C46"/>
    <w:rsid w:val="006B2580"/>
    <w:rsid w:val="007330EF"/>
    <w:rsid w:val="009D3B8A"/>
    <w:rsid w:val="00A765F5"/>
    <w:rsid w:val="00AA1D8D"/>
    <w:rsid w:val="00AC6BB6"/>
    <w:rsid w:val="00B47730"/>
    <w:rsid w:val="00B93EBD"/>
    <w:rsid w:val="00BB57BF"/>
    <w:rsid w:val="00C4354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C8B07"/>
  <w14:defaultImageDpi w14:val="300"/>
  <w15:docId w15:val="{B720B976-BAA6-42AA-B54B-DFE169D6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5dfade-03cd-453b-8b61-a74bd24cd5e1" xsi:nil="true"/>
    <lcf76f155ced4ddcb4097134ff3c332f xmlns="c2569787-f223-4a69-b4df-c9037bb2c00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2E4BD03BA6184EA7DD734377FB58FA" ma:contentTypeVersion="13" ma:contentTypeDescription="Crear nuevo documento." ma:contentTypeScope="" ma:versionID="fa976e5b14684ba30f83de2b1fe0bf5d">
  <xsd:schema xmlns:xsd="http://www.w3.org/2001/XMLSchema" xmlns:xs="http://www.w3.org/2001/XMLSchema" xmlns:p="http://schemas.microsoft.com/office/2006/metadata/properties" xmlns:ns2="c2569787-f223-4a69-b4df-c9037bb2c00d" xmlns:ns3="385dfade-03cd-453b-8b61-a74bd24cd5e1" targetNamespace="http://schemas.microsoft.com/office/2006/metadata/properties" ma:root="true" ma:fieldsID="d9c0b2612e385204e495536f63c9e095" ns2:_="" ns3:_="">
    <xsd:import namespace="c2569787-f223-4a69-b4df-c9037bb2c00d"/>
    <xsd:import namespace="385dfade-03cd-453b-8b61-a74bd24cd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69787-f223-4a69-b4df-c9037bb2c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b3a244b5-9416-47eb-bb63-942114721b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dfade-03cd-453b-8b61-a74bd24cd5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c3ba32-b29b-48f5-960c-b46b68d02aa6}" ma:internalName="TaxCatchAll" ma:showField="CatchAllData" ma:web="385dfade-03cd-453b-8b61-a74bd24cd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B9D96-587D-4317-A36A-76346316A447}">
  <ds:schemaRefs>
    <ds:schemaRef ds:uri="http://schemas.microsoft.com/office/2006/metadata/properties"/>
    <ds:schemaRef ds:uri="http://schemas.microsoft.com/office/infopath/2007/PartnerControls"/>
    <ds:schemaRef ds:uri="385dfade-03cd-453b-8b61-a74bd24cd5e1"/>
    <ds:schemaRef ds:uri="c2569787-f223-4a69-b4df-c9037bb2c00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101D9C-D1DE-4AD7-83A1-67D0E222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69787-f223-4a69-b4df-c9037bb2c00d"/>
    <ds:schemaRef ds:uri="385dfade-03cd-453b-8b61-a74bd24cd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34F3D-2685-4F7F-B1DC-8976C17031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Secretaria  Centro Educativo María Inmaculada</cp:lastModifiedBy>
  <cp:revision>12</cp:revision>
  <dcterms:created xsi:type="dcterms:W3CDTF">2026-05-27T10:19:00Z</dcterms:created>
  <dcterms:modified xsi:type="dcterms:W3CDTF">2026-05-29T07:18:00Z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0x010100832E4BD03BA6184EA7DD734377FB58FA</vt:lpwstr>
  </property>
  <property fmtid="{D5CDD505-2E9C-101B-9397-08002B2CF9AE}" pid="3" name="MediaServiceImageTags">
    <vt:lpwstr/>
  </property>
</Properties>
</file>